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8AA2A1" w14:textId="77777777" w:rsidR="004801D1" w:rsidRDefault="00000000">
      <w:pPr>
        <w:pStyle w:val="Title"/>
        <w:jc w:val="center"/>
      </w:pPr>
      <w:r>
        <w:t>DANH SÁCH CÁC HỘI CHỢ – TRIỂN LÃM QUỐC TẾ LỚN TẠI BRAZIL</w:t>
      </w:r>
    </w:p>
    <w:p w14:paraId="618D9862" w14:textId="77777777" w:rsidR="004801D1" w:rsidRDefault="00000000">
      <w:pPr>
        <w:jc w:val="center"/>
      </w:pPr>
      <w:r>
        <w:t>Tài liệu tham khảo phục vụ công tác báo cáo và cung cấp thông tin cho doanh nghiệp Việt Nam.</w:t>
      </w:r>
      <w:r>
        <w:br/>
      </w:r>
    </w:p>
    <w:p w14:paraId="101BD3A7" w14:textId="77777777" w:rsidR="004801D1" w:rsidRDefault="00000000">
      <w:pPr>
        <w:pStyle w:val="Heading1"/>
      </w:pPr>
      <w:r>
        <w:t>1. Tổng quan về hệ thống hội chợ – triển lãm tại Brazil</w:t>
      </w:r>
    </w:p>
    <w:p w14:paraId="169369C3" w14:textId="77777777" w:rsidR="004801D1" w:rsidRDefault="00000000">
      <w:r>
        <w:t>Brazil là nền kinh tế lớn nhất Mỹ Latinh và là trung tâm tổ chức hội chợ thương mại lớn trong khu vực. Trung bình mỗi năm Brazil tổ chức hơn 90 hội chợ và triển lãm quốc tế trong các lĩnh vực như nông nghiệp, công nghiệp chế tạo, thực phẩm – đồ uống, năng lượng, xây dựng, logistics và công nghệ. Thành phố São Paulo là trung tâm triển lãm lớn nhất của Brazil với nhiều địa điểm lớn như São Paulo Expo, Expo Center Norte và Distrito Anhembi.</w:t>
      </w:r>
    </w:p>
    <w:p w14:paraId="304D2B3E" w14:textId="77777777" w:rsidR="004801D1" w:rsidRDefault="00000000">
      <w:pPr>
        <w:pStyle w:val="Heading1"/>
      </w:pPr>
      <w:r>
        <w:t>2. Danh sách các hội chợ – triển lãm lớn tại Brazil (theo ngành)</w:t>
      </w:r>
    </w:p>
    <w:tbl>
      <w:tblPr>
        <w:tblW w:w="0" w:type="auto"/>
        <w:tblLook w:val="04A0" w:firstRow="1" w:lastRow="0" w:firstColumn="1" w:lastColumn="0" w:noHBand="0" w:noVBand="1"/>
      </w:tblPr>
      <w:tblGrid>
        <w:gridCol w:w="1457"/>
        <w:gridCol w:w="1436"/>
        <w:gridCol w:w="1437"/>
        <w:gridCol w:w="1435"/>
        <w:gridCol w:w="1439"/>
        <w:gridCol w:w="1436"/>
      </w:tblGrid>
      <w:tr w:rsidR="004801D1" w14:paraId="2D4A4F72" w14:textId="77777777">
        <w:tc>
          <w:tcPr>
            <w:tcW w:w="1440" w:type="dxa"/>
          </w:tcPr>
          <w:p w14:paraId="1B80B55A" w14:textId="77777777" w:rsidR="004801D1" w:rsidRDefault="00000000">
            <w:r>
              <w:t>Tên hội chợ (gốc)</w:t>
            </w:r>
          </w:p>
        </w:tc>
        <w:tc>
          <w:tcPr>
            <w:tcW w:w="1440" w:type="dxa"/>
          </w:tcPr>
          <w:p w14:paraId="33BA10A4" w14:textId="77777777" w:rsidR="004801D1" w:rsidRDefault="00000000">
            <w:r>
              <w:t>Tên tiếng Việt</w:t>
            </w:r>
          </w:p>
        </w:tc>
        <w:tc>
          <w:tcPr>
            <w:tcW w:w="1440" w:type="dxa"/>
          </w:tcPr>
          <w:p w14:paraId="041D4058" w14:textId="77777777" w:rsidR="004801D1" w:rsidRDefault="00000000">
            <w:r>
              <w:t>Địa điểm</w:t>
            </w:r>
          </w:p>
        </w:tc>
        <w:tc>
          <w:tcPr>
            <w:tcW w:w="1440" w:type="dxa"/>
          </w:tcPr>
          <w:p w14:paraId="713A1E7F" w14:textId="77777777" w:rsidR="004801D1" w:rsidRDefault="00000000">
            <w:r>
              <w:t>Thời gian</w:t>
            </w:r>
          </w:p>
        </w:tc>
        <w:tc>
          <w:tcPr>
            <w:tcW w:w="1440" w:type="dxa"/>
          </w:tcPr>
          <w:p w14:paraId="5DB0E69F" w14:textId="77777777" w:rsidR="004801D1" w:rsidRDefault="00000000">
            <w:r>
              <w:t>Đơn vị tổ chức</w:t>
            </w:r>
          </w:p>
        </w:tc>
        <w:tc>
          <w:tcPr>
            <w:tcW w:w="1440" w:type="dxa"/>
          </w:tcPr>
          <w:p w14:paraId="668C3E99" w14:textId="77777777" w:rsidR="004801D1" w:rsidRDefault="00000000">
            <w:r>
              <w:t>Ngành hàng</w:t>
            </w:r>
          </w:p>
        </w:tc>
      </w:tr>
      <w:tr w:rsidR="004801D1" w14:paraId="4820EBF8" w14:textId="77777777">
        <w:tc>
          <w:tcPr>
            <w:tcW w:w="1440" w:type="dxa"/>
          </w:tcPr>
          <w:p w14:paraId="16D6966B" w14:textId="77777777" w:rsidR="004801D1" w:rsidRDefault="00000000">
            <w:r>
              <w:t>Agrishow – International Agricultural Technology Fair</w:t>
            </w:r>
          </w:p>
        </w:tc>
        <w:tc>
          <w:tcPr>
            <w:tcW w:w="1440" w:type="dxa"/>
          </w:tcPr>
          <w:p w14:paraId="41553DB8" w14:textId="77777777" w:rsidR="004801D1" w:rsidRDefault="00000000">
            <w:r>
              <w:t>Hội chợ Công nghệ Nông nghiệp Agrishow</w:t>
            </w:r>
          </w:p>
        </w:tc>
        <w:tc>
          <w:tcPr>
            <w:tcW w:w="1440" w:type="dxa"/>
          </w:tcPr>
          <w:p w14:paraId="7E2D942E" w14:textId="77777777" w:rsidR="004801D1" w:rsidRDefault="00000000">
            <w:r>
              <w:t>Ribeirão Preto</w:t>
            </w:r>
          </w:p>
        </w:tc>
        <w:tc>
          <w:tcPr>
            <w:tcW w:w="1440" w:type="dxa"/>
          </w:tcPr>
          <w:p w14:paraId="359AAED5" w14:textId="77777777" w:rsidR="004801D1" w:rsidRDefault="00000000">
            <w:r>
              <w:t>Tháng 4–5</w:t>
            </w:r>
          </w:p>
        </w:tc>
        <w:tc>
          <w:tcPr>
            <w:tcW w:w="1440" w:type="dxa"/>
          </w:tcPr>
          <w:p w14:paraId="0A32009E" w14:textId="77777777" w:rsidR="004801D1" w:rsidRDefault="00000000">
            <w:r>
              <w:t>Informa Markets</w:t>
            </w:r>
          </w:p>
        </w:tc>
        <w:tc>
          <w:tcPr>
            <w:tcW w:w="1440" w:type="dxa"/>
          </w:tcPr>
          <w:p w14:paraId="3B4E5BB4" w14:textId="77777777" w:rsidR="004801D1" w:rsidRDefault="00000000">
            <w:r>
              <w:t>Máy nông nghiệp</w:t>
            </w:r>
          </w:p>
        </w:tc>
      </w:tr>
      <w:tr w:rsidR="004801D1" w14:paraId="18E8C140" w14:textId="77777777">
        <w:tc>
          <w:tcPr>
            <w:tcW w:w="1440" w:type="dxa"/>
          </w:tcPr>
          <w:p w14:paraId="3209724B" w14:textId="77777777" w:rsidR="004801D1" w:rsidRDefault="00000000">
            <w:r>
              <w:t>Expointer</w:t>
            </w:r>
          </w:p>
        </w:tc>
        <w:tc>
          <w:tcPr>
            <w:tcW w:w="1440" w:type="dxa"/>
          </w:tcPr>
          <w:p w14:paraId="2F7281FC" w14:textId="77777777" w:rsidR="004801D1" w:rsidRDefault="00000000">
            <w:r>
              <w:t>Triển lãm Chăn nuôi Quốc tế</w:t>
            </w:r>
          </w:p>
        </w:tc>
        <w:tc>
          <w:tcPr>
            <w:tcW w:w="1440" w:type="dxa"/>
          </w:tcPr>
          <w:p w14:paraId="56F1791C" w14:textId="77777777" w:rsidR="004801D1" w:rsidRDefault="00000000">
            <w:r>
              <w:t>Esteio</w:t>
            </w:r>
          </w:p>
        </w:tc>
        <w:tc>
          <w:tcPr>
            <w:tcW w:w="1440" w:type="dxa"/>
          </w:tcPr>
          <w:p w14:paraId="08C01BD7" w14:textId="77777777" w:rsidR="004801D1" w:rsidRDefault="00000000">
            <w:r>
              <w:t>Tháng 8</w:t>
            </w:r>
          </w:p>
        </w:tc>
        <w:tc>
          <w:tcPr>
            <w:tcW w:w="1440" w:type="dxa"/>
          </w:tcPr>
          <w:p w14:paraId="4CF8B376" w14:textId="77777777" w:rsidR="004801D1" w:rsidRDefault="00000000">
            <w:r>
              <w:t>Chính quyền bang RS</w:t>
            </w:r>
          </w:p>
        </w:tc>
        <w:tc>
          <w:tcPr>
            <w:tcW w:w="1440" w:type="dxa"/>
          </w:tcPr>
          <w:p w14:paraId="7C09A415" w14:textId="77777777" w:rsidR="004801D1" w:rsidRDefault="00000000">
            <w:r>
              <w:t>Chăn nuôi</w:t>
            </w:r>
          </w:p>
        </w:tc>
      </w:tr>
      <w:tr w:rsidR="004801D1" w14:paraId="3B198693" w14:textId="77777777">
        <w:tc>
          <w:tcPr>
            <w:tcW w:w="1440" w:type="dxa"/>
          </w:tcPr>
          <w:p w14:paraId="344A8566" w14:textId="77777777" w:rsidR="004801D1" w:rsidRDefault="00000000">
            <w:r>
              <w:t>Bahia Farm Show</w:t>
            </w:r>
          </w:p>
        </w:tc>
        <w:tc>
          <w:tcPr>
            <w:tcW w:w="1440" w:type="dxa"/>
          </w:tcPr>
          <w:p w14:paraId="29EC6908" w14:textId="77777777" w:rsidR="004801D1" w:rsidRDefault="00000000">
            <w:r>
              <w:t>Hội chợ Công nghệ Nông nghiệp Bahia</w:t>
            </w:r>
          </w:p>
        </w:tc>
        <w:tc>
          <w:tcPr>
            <w:tcW w:w="1440" w:type="dxa"/>
          </w:tcPr>
          <w:p w14:paraId="6D861C9D" w14:textId="77777777" w:rsidR="004801D1" w:rsidRDefault="00000000">
            <w:r>
              <w:t>Luís Eduardo Magalhães</w:t>
            </w:r>
          </w:p>
        </w:tc>
        <w:tc>
          <w:tcPr>
            <w:tcW w:w="1440" w:type="dxa"/>
          </w:tcPr>
          <w:p w14:paraId="4D04A287" w14:textId="77777777" w:rsidR="004801D1" w:rsidRDefault="00000000">
            <w:r>
              <w:t>Tháng 6</w:t>
            </w:r>
          </w:p>
        </w:tc>
        <w:tc>
          <w:tcPr>
            <w:tcW w:w="1440" w:type="dxa"/>
          </w:tcPr>
          <w:p w14:paraId="45DBF9AC" w14:textId="77777777" w:rsidR="004801D1" w:rsidRDefault="00000000">
            <w:r>
              <w:t>AIBA</w:t>
            </w:r>
          </w:p>
        </w:tc>
        <w:tc>
          <w:tcPr>
            <w:tcW w:w="1440" w:type="dxa"/>
          </w:tcPr>
          <w:p w14:paraId="23061327" w14:textId="77777777" w:rsidR="004801D1" w:rsidRDefault="00000000">
            <w:r>
              <w:t>Nông nghiệp</w:t>
            </w:r>
          </w:p>
        </w:tc>
      </w:tr>
      <w:tr w:rsidR="004801D1" w14:paraId="4B312D7C" w14:textId="77777777">
        <w:tc>
          <w:tcPr>
            <w:tcW w:w="1440" w:type="dxa"/>
          </w:tcPr>
          <w:p w14:paraId="5D4C9336" w14:textId="77777777" w:rsidR="004801D1" w:rsidRDefault="00000000">
            <w:r>
              <w:t>Show Rural Coopavel</w:t>
            </w:r>
          </w:p>
        </w:tc>
        <w:tc>
          <w:tcPr>
            <w:tcW w:w="1440" w:type="dxa"/>
          </w:tcPr>
          <w:p w14:paraId="5DB86857" w14:textId="77777777" w:rsidR="004801D1" w:rsidRDefault="00000000">
            <w:r>
              <w:t>Hội chợ Nông nghiệp Coopavel</w:t>
            </w:r>
          </w:p>
        </w:tc>
        <w:tc>
          <w:tcPr>
            <w:tcW w:w="1440" w:type="dxa"/>
          </w:tcPr>
          <w:p w14:paraId="0687B6C3" w14:textId="77777777" w:rsidR="004801D1" w:rsidRDefault="00000000">
            <w:r>
              <w:t>Cascavel</w:t>
            </w:r>
          </w:p>
        </w:tc>
        <w:tc>
          <w:tcPr>
            <w:tcW w:w="1440" w:type="dxa"/>
          </w:tcPr>
          <w:p w14:paraId="1F7B128F" w14:textId="77777777" w:rsidR="004801D1" w:rsidRDefault="00000000">
            <w:r>
              <w:t>Tháng 2</w:t>
            </w:r>
          </w:p>
        </w:tc>
        <w:tc>
          <w:tcPr>
            <w:tcW w:w="1440" w:type="dxa"/>
          </w:tcPr>
          <w:p w14:paraId="4F83C8DF" w14:textId="77777777" w:rsidR="004801D1" w:rsidRDefault="00000000">
            <w:r>
              <w:t>Coopavel</w:t>
            </w:r>
          </w:p>
        </w:tc>
        <w:tc>
          <w:tcPr>
            <w:tcW w:w="1440" w:type="dxa"/>
          </w:tcPr>
          <w:p w14:paraId="0DBDF373" w14:textId="77777777" w:rsidR="004801D1" w:rsidRDefault="00000000">
            <w:r>
              <w:t>Nông nghiệp</w:t>
            </w:r>
          </w:p>
        </w:tc>
      </w:tr>
      <w:tr w:rsidR="004801D1" w14:paraId="73802007" w14:textId="77777777">
        <w:tc>
          <w:tcPr>
            <w:tcW w:w="1440" w:type="dxa"/>
          </w:tcPr>
          <w:p w14:paraId="38AADC6B" w14:textId="77777777" w:rsidR="004801D1" w:rsidRDefault="00000000">
            <w:r>
              <w:t>Hortitec</w:t>
            </w:r>
          </w:p>
        </w:tc>
        <w:tc>
          <w:tcPr>
            <w:tcW w:w="1440" w:type="dxa"/>
          </w:tcPr>
          <w:p w14:paraId="0DD6BDB4" w14:textId="77777777" w:rsidR="004801D1" w:rsidRDefault="00000000">
            <w:r>
              <w:t>Triển lãm Công nghệ trồng trọt</w:t>
            </w:r>
          </w:p>
        </w:tc>
        <w:tc>
          <w:tcPr>
            <w:tcW w:w="1440" w:type="dxa"/>
          </w:tcPr>
          <w:p w14:paraId="02386B26" w14:textId="77777777" w:rsidR="004801D1" w:rsidRDefault="00000000">
            <w:r>
              <w:t>Holambra</w:t>
            </w:r>
          </w:p>
        </w:tc>
        <w:tc>
          <w:tcPr>
            <w:tcW w:w="1440" w:type="dxa"/>
          </w:tcPr>
          <w:p w14:paraId="49735297" w14:textId="77777777" w:rsidR="004801D1" w:rsidRDefault="00000000">
            <w:r>
              <w:t>Tháng 6</w:t>
            </w:r>
          </w:p>
        </w:tc>
        <w:tc>
          <w:tcPr>
            <w:tcW w:w="1440" w:type="dxa"/>
          </w:tcPr>
          <w:p w14:paraId="68345721" w14:textId="77777777" w:rsidR="004801D1" w:rsidRDefault="00000000">
            <w:r>
              <w:t>RBB Feiras</w:t>
            </w:r>
          </w:p>
        </w:tc>
        <w:tc>
          <w:tcPr>
            <w:tcW w:w="1440" w:type="dxa"/>
          </w:tcPr>
          <w:p w14:paraId="3AFF6986" w14:textId="77777777" w:rsidR="004801D1" w:rsidRDefault="00000000">
            <w:r>
              <w:t>Rau hoa</w:t>
            </w:r>
          </w:p>
        </w:tc>
      </w:tr>
      <w:tr w:rsidR="004801D1" w14:paraId="2897E362" w14:textId="77777777">
        <w:tc>
          <w:tcPr>
            <w:tcW w:w="1440" w:type="dxa"/>
          </w:tcPr>
          <w:p w14:paraId="1559B165" w14:textId="77777777" w:rsidR="004801D1" w:rsidRDefault="00000000">
            <w:r>
              <w:lastRenderedPageBreak/>
              <w:t>Anuga Select Brazil</w:t>
            </w:r>
          </w:p>
        </w:tc>
        <w:tc>
          <w:tcPr>
            <w:tcW w:w="1440" w:type="dxa"/>
          </w:tcPr>
          <w:p w14:paraId="2CF7251E" w14:textId="77777777" w:rsidR="004801D1" w:rsidRDefault="00000000">
            <w:r>
              <w:t>Hội chợ Thực phẩm &amp; Đồ uống Quốc tế</w:t>
            </w:r>
          </w:p>
        </w:tc>
        <w:tc>
          <w:tcPr>
            <w:tcW w:w="1440" w:type="dxa"/>
          </w:tcPr>
          <w:p w14:paraId="2057B6EF" w14:textId="77777777" w:rsidR="004801D1" w:rsidRDefault="00000000">
            <w:r>
              <w:t>São Paulo</w:t>
            </w:r>
          </w:p>
        </w:tc>
        <w:tc>
          <w:tcPr>
            <w:tcW w:w="1440" w:type="dxa"/>
          </w:tcPr>
          <w:p w14:paraId="6011A9CB" w14:textId="77777777" w:rsidR="004801D1" w:rsidRDefault="00000000">
            <w:r>
              <w:t>Tháng 4</w:t>
            </w:r>
          </w:p>
        </w:tc>
        <w:tc>
          <w:tcPr>
            <w:tcW w:w="1440" w:type="dxa"/>
          </w:tcPr>
          <w:p w14:paraId="20ABA8B7" w14:textId="77777777" w:rsidR="004801D1" w:rsidRDefault="00000000">
            <w:r>
              <w:t>Koelnmesse</w:t>
            </w:r>
          </w:p>
        </w:tc>
        <w:tc>
          <w:tcPr>
            <w:tcW w:w="1440" w:type="dxa"/>
          </w:tcPr>
          <w:p w14:paraId="74743165" w14:textId="77777777" w:rsidR="004801D1" w:rsidRDefault="00000000">
            <w:r>
              <w:t>Thực phẩm</w:t>
            </w:r>
          </w:p>
        </w:tc>
      </w:tr>
      <w:tr w:rsidR="004801D1" w14:paraId="39B797FB" w14:textId="77777777">
        <w:tc>
          <w:tcPr>
            <w:tcW w:w="1440" w:type="dxa"/>
          </w:tcPr>
          <w:p w14:paraId="65FAEB75" w14:textId="77777777" w:rsidR="004801D1" w:rsidRDefault="00000000">
            <w:r>
              <w:t>APAS Show</w:t>
            </w:r>
          </w:p>
        </w:tc>
        <w:tc>
          <w:tcPr>
            <w:tcW w:w="1440" w:type="dxa"/>
          </w:tcPr>
          <w:p w14:paraId="6627E4EF" w14:textId="77777777" w:rsidR="004801D1" w:rsidRDefault="00000000">
            <w:r>
              <w:t>Hội chợ Siêu thị Brazil</w:t>
            </w:r>
          </w:p>
        </w:tc>
        <w:tc>
          <w:tcPr>
            <w:tcW w:w="1440" w:type="dxa"/>
          </w:tcPr>
          <w:p w14:paraId="23868136" w14:textId="77777777" w:rsidR="004801D1" w:rsidRDefault="00000000">
            <w:r>
              <w:t>São Paulo</w:t>
            </w:r>
          </w:p>
        </w:tc>
        <w:tc>
          <w:tcPr>
            <w:tcW w:w="1440" w:type="dxa"/>
          </w:tcPr>
          <w:p w14:paraId="7A17CD08" w14:textId="77777777" w:rsidR="004801D1" w:rsidRDefault="00000000">
            <w:r>
              <w:t>Tháng 5</w:t>
            </w:r>
          </w:p>
        </w:tc>
        <w:tc>
          <w:tcPr>
            <w:tcW w:w="1440" w:type="dxa"/>
          </w:tcPr>
          <w:p w14:paraId="7E2192A1" w14:textId="77777777" w:rsidR="004801D1" w:rsidRDefault="00000000">
            <w:r>
              <w:t>APAS</w:t>
            </w:r>
          </w:p>
        </w:tc>
        <w:tc>
          <w:tcPr>
            <w:tcW w:w="1440" w:type="dxa"/>
          </w:tcPr>
          <w:p w14:paraId="69032BE3" w14:textId="77777777" w:rsidR="004801D1" w:rsidRDefault="00000000">
            <w:r>
              <w:t>Bán lẻ thực phẩm</w:t>
            </w:r>
          </w:p>
        </w:tc>
      </w:tr>
      <w:tr w:rsidR="004801D1" w14:paraId="3C7ABF2C" w14:textId="77777777">
        <w:tc>
          <w:tcPr>
            <w:tcW w:w="1440" w:type="dxa"/>
          </w:tcPr>
          <w:p w14:paraId="534E3CF8" w14:textId="77777777" w:rsidR="004801D1" w:rsidRDefault="00000000">
            <w:r>
              <w:t>FISPAL Tecnologia</w:t>
            </w:r>
          </w:p>
        </w:tc>
        <w:tc>
          <w:tcPr>
            <w:tcW w:w="1440" w:type="dxa"/>
          </w:tcPr>
          <w:p w14:paraId="7B85C630" w14:textId="77777777" w:rsidR="004801D1" w:rsidRDefault="00000000">
            <w:r>
              <w:t>Triển lãm Công nghệ chế biến thực phẩm</w:t>
            </w:r>
          </w:p>
        </w:tc>
        <w:tc>
          <w:tcPr>
            <w:tcW w:w="1440" w:type="dxa"/>
          </w:tcPr>
          <w:p w14:paraId="5611264F" w14:textId="77777777" w:rsidR="004801D1" w:rsidRDefault="00000000">
            <w:r>
              <w:t>São Paulo</w:t>
            </w:r>
          </w:p>
        </w:tc>
        <w:tc>
          <w:tcPr>
            <w:tcW w:w="1440" w:type="dxa"/>
          </w:tcPr>
          <w:p w14:paraId="6AF77CBD" w14:textId="77777777" w:rsidR="004801D1" w:rsidRDefault="00000000">
            <w:r>
              <w:t>Tháng 6</w:t>
            </w:r>
          </w:p>
        </w:tc>
        <w:tc>
          <w:tcPr>
            <w:tcW w:w="1440" w:type="dxa"/>
          </w:tcPr>
          <w:p w14:paraId="337948E9" w14:textId="77777777" w:rsidR="004801D1" w:rsidRDefault="00000000">
            <w:r>
              <w:t>Informa Markets</w:t>
            </w:r>
          </w:p>
        </w:tc>
        <w:tc>
          <w:tcPr>
            <w:tcW w:w="1440" w:type="dxa"/>
          </w:tcPr>
          <w:p w14:paraId="4EEEDC00" w14:textId="77777777" w:rsidR="004801D1" w:rsidRDefault="00000000">
            <w:r>
              <w:t>Chế biến thực phẩm</w:t>
            </w:r>
          </w:p>
        </w:tc>
      </w:tr>
      <w:tr w:rsidR="004801D1" w14:paraId="66AF5CFA" w14:textId="77777777">
        <w:tc>
          <w:tcPr>
            <w:tcW w:w="1440" w:type="dxa"/>
          </w:tcPr>
          <w:p w14:paraId="4C04C649" w14:textId="77777777" w:rsidR="004801D1" w:rsidRDefault="00000000">
            <w:r>
              <w:t>Naturaltech</w:t>
            </w:r>
          </w:p>
        </w:tc>
        <w:tc>
          <w:tcPr>
            <w:tcW w:w="1440" w:type="dxa"/>
          </w:tcPr>
          <w:p w14:paraId="6E37CD69" w14:textId="77777777" w:rsidR="004801D1" w:rsidRDefault="00000000">
            <w:r>
              <w:t>Hội chợ Thực phẩm hữu cơ</w:t>
            </w:r>
          </w:p>
        </w:tc>
        <w:tc>
          <w:tcPr>
            <w:tcW w:w="1440" w:type="dxa"/>
          </w:tcPr>
          <w:p w14:paraId="6DD02EC0" w14:textId="77777777" w:rsidR="004801D1" w:rsidRDefault="00000000">
            <w:r>
              <w:t>São Paulo</w:t>
            </w:r>
          </w:p>
        </w:tc>
        <w:tc>
          <w:tcPr>
            <w:tcW w:w="1440" w:type="dxa"/>
          </w:tcPr>
          <w:p w14:paraId="669E7475" w14:textId="77777777" w:rsidR="004801D1" w:rsidRDefault="00000000">
            <w:r>
              <w:t>Tháng 6</w:t>
            </w:r>
          </w:p>
        </w:tc>
        <w:tc>
          <w:tcPr>
            <w:tcW w:w="1440" w:type="dxa"/>
          </w:tcPr>
          <w:p w14:paraId="67E69E51" w14:textId="77777777" w:rsidR="004801D1" w:rsidRDefault="00000000">
            <w:r>
              <w:t>Francal</w:t>
            </w:r>
          </w:p>
        </w:tc>
        <w:tc>
          <w:tcPr>
            <w:tcW w:w="1440" w:type="dxa"/>
          </w:tcPr>
          <w:p w14:paraId="15548642" w14:textId="77777777" w:rsidR="004801D1" w:rsidRDefault="00000000">
            <w:r>
              <w:t>Organic</w:t>
            </w:r>
          </w:p>
        </w:tc>
      </w:tr>
      <w:tr w:rsidR="004801D1" w14:paraId="44A5C59C" w14:textId="77777777">
        <w:tc>
          <w:tcPr>
            <w:tcW w:w="1440" w:type="dxa"/>
          </w:tcPr>
          <w:p w14:paraId="708EDC34" w14:textId="77777777" w:rsidR="004801D1" w:rsidRDefault="00000000">
            <w:r>
              <w:t>Seafood Show Latin America</w:t>
            </w:r>
          </w:p>
        </w:tc>
        <w:tc>
          <w:tcPr>
            <w:tcW w:w="1440" w:type="dxa"/>
          </w:tcPr>
          <w:p w14:paraId="33A29A9F" w14:textId="77777777" w:rsidR="004801D1" w:rsidRDefault="00000000">
            <w:r>
              <w:t>Hội chợ Thủy sản</w:t>
            </w:r>
          </w:p>
        </w:tc>
        <w:tc>
          <w:tcPr>
            <w:tcW w:w="1440" w:type="dxa"/>
          </w:tcPr>
          <w:p w14:paraId="0012969D" w14:textId="77777777" w:rsidR="004801D1" w:rsidRDefault="00000000">
            <w:r>
              <w:t>São Paulo</w:t>
            </w:r>
          </w:p>
        </w:tc>
        <w:tc>
          <w:tcPr>
            <w:tcW w:w="1440" w:type="dxa"/>
          </w:tcPr>
          <w:p w14:paraId="6428B822" w14:textId="77777777" w:rsidR="004801D1" w:rsidRDefault="00000000">
            <w:r>
              <w:t>Tháng 10</w:t>
            </w:r>
          </w:p>
        </w:tc>
        <w:tc>
          <w:tcPr>
            <w:tcW w:w="1440" w:type="dxa"/>
          </w:tcPr>
          <w:p w14:paraId="092CEBEA" w14:textId="77777777" w:rsidR="004801D1" w:rsidRDefault="00000000">
            <w:r>
              <w:t>Francal</w:t>
            </w:r>
          </w:p>
        </w:tc>
        <w:tc>
          <w:tcPr>
            <w:tcW w:w="1440" w:type="dxa"/>
          </w:tcPr>
          <w:p w14:paraId="1B631EEA" w14:textId="77777777" w:rsidR="004801D1" w:rsidRDefault="00000000">
            <w:r>
              <w:t>Hải sản</w:t>
            </w:r>
          </w:p>
        </w:tc>
      </w:tr>
      <w:tr w:rsidR="004801D1" w14:paraId="594DF3BD" w14:textId="77777777">
        <w:tc>
          <w:tcPr>
            <w:tcW w:w="1440" w:type="dxa"/>
          </w:tcPr>
          <w:p w14:paraId="269AB9E8" w14:textId="77777777" w:rsidR="004801D1" w:rsidRDefault="00000000">
            <w:r>
              <w:t>FEIMEC</w:t>
            </w:r>
          </w:p>
        </w:tc>
        <w:tc>
          <w:tcPr>
            <w:tcW w:w="1440" w:type="dxa"/>
          </w:tcPr>
          <w:p w14:paraId="18DAB0A8" w14:textId="77777777" w:rsidR="004801D1" w:rsidRDefault="00000000">
            <w:r>
              <w:t>Triển lãm Máy móc Công nghiệp</w:t>
            </w:r>
          </w:p>
        </w:tc>
        <w:tc>
          <w:tcPr>
            <w:tcW w:w="1440" w:type="dxa"/>
          </w:tcPr>
          <w:p w14:paraId="18B7D96D" w14:textId="77777777" w:rsidR="004801D1" w:rsidRDefault="00000000">
            <w:r>
              <w:t>São Paulo</w:t>
            </w:r>
          </w:p>
        </w:tc>
        <w:tc>
          <w:tcPr>
            <w:tcW w:w="1440" w:type="dxa"/>
          </w:tcPr>
          <w:p w14:paraId="601CED82" w14:textId="77777777" w:rsidR="004801D1" w:rsidRDefault="00000000">
            <w:r>
              <w:t>Tháng 5</w:t>
            </w:r>
          </w:p>
        </w:tc>
        <w:tc>
          <w:tcPr>
            <w:tcW w:w="1440" w:type="dxa"/>
          </w:tcPr>
          <w:p w14:paraId="50D075EF" w14:textId="77777777" w:rsidR="004801D1" w:rsidRDefault="00000000">
            <w:r>
              <w:t>ABIMAQ</w:t>
            </w:r>
          </w:p>
        </w:tc>
        <w:tc>
          <w:tcPr>
            <w:tcW w:w="1440" w:type="dxa"/>
          </w:tcPr>
          <w:p w14:paraId="68492644" w14:textId="77777777" w:rsidR="004801D1" w:rsidRDefault="00000000">
            <w:r>
              <w:t>Máy công nghiệp</w:t>
            </w:r>
          </w:p>
        </w:tc>
      </w:tr>
      <w:tr w:rsidR="004801D1" w14:paraId="2AE008E5" w14:textId="77777777">
        <w:tc>
          <w:tcPr>
            <w:tcW w:w="1440" w:type="dxa"/>
          </w:tcPr>
          <w:p w14:paraId="1E8C8F3A" w14:textId="77777777" w:rsidR="004801D1" w:rsidRDefault="00000000">
            <w:r>
              <w:t>EXPOMAFE</w:t>
            </w:r>
          </w:p>
        </w:tc>
        <w:tc>
          <w:tcPr>
            <w:tcW w:w="1440" w:type="dxa"/>
          </w:tcPr>
          <w:p w14:paraId="115F5753" w14:textId="77777777" w:rsidR="004801D1" w:rsidRDefault="00000000">
            <w:r>
              <w:t>Triển lãm Máy công cụ</w:t>
            </w:r>
          </w:p>
        </w:tc>
        <w:tc>
          <w:tcPr>
            <w:tcW w:w="1440" w:type="dxa"/>
          </w:tcPr>
          <w:p w14:paraId="11A5C7EC" w14:textId="77777777" w:rsidR="004801D1" w:rsidRDefault="00000000">
            <w:r>
              <w:t>São Paulo</w:t>
            </w:r>
          </w:p>
        </w:tc>
        <w:tc>
          <w:tcPr>
            <w:tcW w:w="1440" w:type="dxa"/>
          </w:tcPr>
          <w:p w14:paraId="1FF36820" w14:textId="77777777" w:rsidR="004801D1" w:rsidRDefault="00000000">
            <w:r>
              <w:t>Tháng 5</w:t>
            </w:r>
          </w:p>
        </w:tc>
        <w:tc>
          <w:tcPr>
            <w:tcW w:w="1440" w:type="dxa"/>
          </w:tcPr>
          <w:p w14:paraId="57EE60BA" w14:textId="77777777" w:rsidR="004801D1" w:rsidRDefault="00000000">
            <w:r>
              <w:t>ABIMAQ</w:t>
            </w:r>
          </w:p>
        </w:tc>
        <w:tc>
          <w:tcPr>
            <w:tcW w:w="1440" w:type="dxa"/>
          </w:tcPr>
          <w:p w14:paraId="6F0195E3" w14:textId="77777777" w:rsidR="004801D1" w:rsidRDefault="00000000">
            <w:r>
              <w:t>Gia công cơ khí</w:t>
            </w:r>
          </w:p>
        </w:tc>
      </w:tr>
      <w:tr w:rsidR="004801D1" w14:paraId="3348F5CD" w14:textId="77777777">
        <w:tc>
          <w:tcPr>
            <w:tcW w:w="1440" w:type="dxa"/>
          </w:tcPr>
          <w:p w14:paraId="6FC21487" w14:textId="77777777" w:rsidR="004801D1" w:rsidRDefault="00000000">
            <w:r>
              <w:t>Intermach</w:t>
            </w:r>
          </w:p>
        </w:tc>
        <w:tc>
          <w:tcPr>
            <w:tcW w:w="1440" w:type="dxa"/>
          </w:tcPr>
          <w:p w14:paraId="039A68FF" w14:textId="77777777" w:rsidR="004801D1" w:rsidRDefault="00000000">
            <w:r>
              <w:t>Triển lãm Công nghiệp</w:t>
            </w:r>
          </w:p>
        </w:tc>
        <w:tc>
          <w:tcPr>
            <w:tcW w:w="1440" w:type="dxa"/>
          </w:tcPr>
          <w:p w14:paraId="55BAAC1E" w14:textId="77777777" w:rsidR="004801D1" w:rsidRDefault="00000000">
            <w:r>
              <w:t>Joinville</w:t>
            </w:r>
          </w:p>
        </w:tc>
        <w:tc>
          <w:tcPr>
            <w:tcW w:w="1440" w:type="dxa"/>
          </w:tcPr>
          <w:p w14:paraId="7569DE8D" w14:textId="77777777" w:rsidR="004801D1" w:rsidRDefault="00000000">
            <w:r>
              <w:t>Tháng 7</w:t>
            </w:r>
          </w:p>
        </w:tc>
        <w:tc>
          <w:tcPr>
            <w:tcW w:w="1440" w:type="dxa"/>
          </w:tcPr>
          <w:p w14:paraId="798BB763" w14:textId="77777777" w:rsidR="004801D1" w:rsidRDefault="00000000">
            <w:r>
              <w:t>Messe Brasil</w:t>
            </w:r>
          </w:p>
        </w:tc>
        <w:tc>
          <w:tcPr>
            <w:tcW w:w="1440" w:type="dxa"/>
          </w:tcPr>
          <w:p w14:paraId="00074E06" w14:textId="77777777" w:rsidR="004801D1" w:rsidRDefault="00000000">
            <w:r>
              <w:t>Công nghiệp</w:t>
            </w:r>
          </w:p>
        </w:tc>
      </w:tr>
      <w:tr w:rsidR="004801D1" w14:paraId="5099A2EE" w14:textId="77777777">
        <w:tc>
          <w:tcPr>
            <w:tcW w:w="1440" w:type="dxa"/>
          </w:tcPr>
          <w:p w14:paraId="110A871A" w14:textId="77777777" w:rsidR="004801D1" w:rsidRDefault="00000000">
            <w:r>
              <w:t>Metalurgia</w:t>
            </w:r>
          </w:p>
        </w:tc>
        <w:tc>
          <w:tcPr>
            <w:tcW w:w="1440" w:type="dxa"/>
          </w:tcPr>
          <w:p w14:paraId="5BEDB873" w14:textId="77777777" w:rsidR="004801D1" w:rsidRDefault="00000000">
            <w:r>
              <w:t>Triển lãm Luyện kim</w:t>
            </w:r>
          </w:p>
        </w:tc>
        <w:tc>
          <w:tcPr>
            <w:tcW w:w="1440" w:type="dxa"/>
          </w:tcPr>
          <w:p w14:paraId="49CA02F8" w14:textId="77777777" w:rsidR="004801D1" w:rsidRDefault="00000000">
            <w:r>
              <w:t>Joinville</w:t>
            </w:r>
          </w:p>
        </w:tc>
        <w:tc>
          <w:tcPr>
            <w:tcW w:w="1440" w:type="dxa"/>
          </w:tcPr>
          <w:p w14:paraId="65E0D336" w14:textId="77777777" w:rsidR="004801D1" w:rsidRDefault="00000000">
            <w:r>
              <w:t>Tháng 9</w:t>
            </w:r>
          </w:p>
        </w:tc>
        <w:tc>
          <w:tcPr>
            <w:tcW w:w="1440" w:type="dxa"/>
          </w:tcPr>
          <w:p w14:paraId="7D13A6C4" w14:textId="77777777" w:rsidR="004801D1" w:rsidRDefault="00000000">
            <w:r>
              <w:t>Messe Brasil</w:t>
            </w:r>
          </w:p>
        </w:tc>
        <w:tc>
          <w:tcPr>
            <w:tcW w:w="1440" w:type="dxa"/>
          </w:tcPr>
          <w:p w14:paraId="75F19979" w14:textId="77777777" w:rsidR="004801D1" w:rsidRDefault="00000000">
            <w:r>
              <w:t>Luyện kim</w:t>
            </w:r>
          </w:p>
        </w:tc>
      </w:tr>
      <w:tr w:rsidR="004801D1" w14:paraId="5C1E39AF" w14:textId="77777777">
        <w:tc>
          <w:tcPr>
            <w:tcW w:w="1440" w:type="dxa"/>
          </w:tcPr>
          <w:p w14:paraId="310C548F" w14:textId="77777777" w:rsidR="004801D1" w:rsidRDefault="00000000">
            <w:r>
              <w:t>Plástico Brasil</w:t>
            </w:r>
          </w:p>
        </w:tc>
        <w:tc>
          <w:tcPr>
            <w:tcW w:w="1440" w:type="dxa"/>
          </w:tcPr>
          <w:p w14:paraId="4114D275" w14:textId="77777777" w:rsidR="004801D1" w:rsidRDefault="00000000">
            <w:r>
              <w:t>Triển lãm Công nghiệp Nhựa</w:t>
            </w:r>
          </w:p>
        </w:tc>
        <w:tc>
          <w:tcPr>
            <w:tcW w:w="1440" w:type="dxa"/>
          </w:tcPr>
          <w:p w14:paraId="56DAAA8B" w14:textId="77777777" w:rsidR="004801D1" w:rsidRDefault="00000000">
            <w:r>
              <w:t>São Paulo</w:t>
            </w:r>
          </w:p>
        </w:tc>
        <w:tc>
          <w:tcPr>
            <w:tcW w:w="1440" w:type="dxa"/>
          </w:tcPr>
          <w:p w14:paraId="1DCD80BF" w14:textId="77777777" w:rsidR="004801D1" w:rsidRDefault="00000000">
            <w:r>
              <w:t>Tháng 3</w:t>
            </w:r>
          </w:p>
        </w:tc>
        <w:tc>
          <w:tcPr>
            <w:tcW w:w="1440" w:type="dxa"/>
          </w:tcPr>
          <w:p w14:paraId="6FD0E897" w14:textId="77777777" w:rsidR="004801D1" w:rsidRDefault="00000000">
            <w:r>
              <w:t>ABIMAQ</w:t>
            </w:r>
          </w:p>
        </w:tc>
        <w:tc>
          <w:tcPr>
            <w:tcW w:w="1440" w:type="dxa"/>
          </w:tcPr>
          <w:p w14:paraId="3C77D474" w14:textId="77777777" w:rsidR="004801D1" w:rsidRDefault="00000000">
            <w:r>
              <w:t>Nhựa</w:t>
            </w:r>
          </w:p>
        </w:tc>
      </w:tr>
      <w:tr w:rsidR="004801D1" w14:paraId="4D852474" w14:textId="77777777">
        <w:tc>
          <w:tcPr>
            <w:tcW w:w="1440" w:type="dxa"/>
          </w:tcPr>
          <w:p w14:paraId="0E97DCB9" w14:textId="77777777" w:rsidR="004801D1" w:rsidRDefault="00000000">
            <w:r>
              <w:t>FEICON</w:t>
            </w:r>
          </w:p>
        </w:tc>
        <w:tc>
          <w:tcPr>
            <w:tcW w:w="1440" w:type="dxa"/>
          </w:tcPr>
          <w:p w14:paraId="72FB5921" w14:textId="77777777" w:rsidR="004801D1" w:rsidRDefault="00000000">
            <w:r>
              <w:t>Hội chợ Xây dựng Quốc tế</w:t>
            </w:r>
          </w:p>
        </w:tc>
        <w:tc>
          <w:tcPr>
            <w:tcW w:w="1440" w:type="dxa"/>
          </w:tcPr>
          <w:p w14:paraId="2F974279" w14:textId="77777777" w:rsidR="004801D1" w:rsidRDefault="00000000">
            <w:r>
              <w:t>São Paulo</w:t>
            </w:r>
          </w:p>
        </w:tc>
        <w:tc>
          <w:tcPr>
            <w:tcW w:w="1440" w:type="dxa"/>
          </w:tcPr>
          <w:p w14:paraId="58DDDC9E" w14:textId="77777777" w:rsidR="004801D1" w:rsidRDefault="00000000">
            <w:r>
              <w:t>Tháng 4</w:t>
            </w:r>
          </w:p>
        </w:tc>
        <w:tc>
          <w:tcPr>
            <w:tcW w:w="1440" w:type="dxa"/>
          </w:tcPr>
          <w:p w14:paraId="5265903C" w14:textId="77777777" w:rsidR="004801D1" w:rsidRDefault="00000000">
            <w:r>
              <w:t>RX Global</w:t>
            </w:r>
          </w:p>
        </w:tc>
        <w:tc>
          <w:tcPr>
            <w:tcW w:w="1440" w:type="dxa"/>
          </w:tcPr>
          <w:p w14:paraId="1D5B2AC9" w14:textId="77777777" w:rsidR="004801D1" w:rsidRDefault="00000000">
            <w:r>
              <w:t>Vật liệu xây dựng</w:t>
            </w:r>
          </w:p>
        </w:tc>
      </w:tr>
      <w:tr w:rsidR="004801D1" w14:paraId="55053DA6" w14:textId="77777777">
        <w:tc>
          <w:tcPr>
            <w:tcW w:w="1440" w:type="dxa"/>
          </w:tcPr>
          <w:p w14:paraId="07D46244" w14:textId="77777777" w:rsidR="004801D1" w:rsidRDefault="00000000">
            <w:r>
              <w:t>Expo Revestir</w:t>
            </w:r>
          </w:p>
        </w:tc>
        <w:tc>
          <w:tcPr>
            <w:tcW w:w="1440" w:type="dxa"/>
          </w:tcPr>
          <w:p w14:paraId="79CA824C" w14:textId="77777777" w:rsidR="004801D1" w:rsidRDefault="00000000">
            <w:r>
              <w:t>Triển lãm vật liệu hoàn thiện</w:t>
            </w:r>
          </w:p>
        </w:tc>
        <w:tc>
          <w:tcPr>
            <w:tcW w:w="1440" w:type="dxa"/>
          </w:tcPr>
          <w:p w14:paraId="68F59545" w14:textId="77777777" w:rsidR="004801D1" w:rsidRDefault="00000000">
            <w:r>
              <w:t>São Paulo</w:t>
            </w:r>
          </w:p>
        </w:tc>
        <w:tc>
          <w:tcPr>
            <w:tcW w:w="1440" w:type="dxa"/>
          </w:tcPr>
          <w:p w14:paraId="306C550E" w14:textId="77777777" w:rsidR="004801D1" w:rsidRDefault="00000000">
            <w:r>
              <w:t>Tháng 3</w:t>
            </w:r>
          </w:p>
        </w:tc>
        <w:tc>
          <w:tcPr>
            <w:tcW w:w="1440" w:type="dxa"/>
          </w:tcPr>
          <w:p w14:paraId="4707BD85" w14:textId="77777777" w:rsidR="004801D1" w:rsidRDefault="00000000">
            <w:r>
              <w:t>ANFACER</w:t>
            </w:r>
          </w:p>
        </w:tc>
        <w:tc>
          <w:tcPr>
            <w:tcW w:w="1440" w:type="dxa"/>
          </w:tcPr>
          <w:p w14:paraId="0EFE8371" w14:textId="77777777" w:rsidR="004801D1" w:rsidRDefault="00000000">
            <w:r>
              <w:t>Gạch men</w:t>
            </w:r>
          </w:p>
        </w:tc>
      </w:tr>
      <w:tr w:rsidR="004801D1" w14:paraId="72FCB53F" w14:textId="77777777">
        <w:tc>
          <w:tcPr>
            <w:tcW w:w="1440" w:type="dxa"/>
          </w:tcPr>
          <w:p w14:paraId="451ADA9A" w14:textId="77777777" w:rsidR="004801D1" w:rsidRDefault="00000000">
            <w:r>
              <w:lastRenderedPageBreak/>
              <w:t>Concrete Show South America</w:t>
            </w:r>
          </w:p>
        </w:tc>
        <w:tc>
          <w:tcPr>
            <w:tcW w:w="1440" w:type="dxa"/>
          </w:tcPr>
          <w:p w14:paraId="324122DC" w14:textId="77777777" w:rsidR="004801D1" w:rsidRDefault="00000000">
            <w:r>
              <w:t>Triển lãm bê tông</w:t>
            </w:r>
          </w:p>
        </w:tc>
        <w:tc>
          <w:tcPr>
            <w:tcW w:w="1440" w:type="dxa"/>
          </w:tcPr>
          <w:p w14:paraId="07E30E65" w14:textId="77777777" w:rsidR="004801D1" w:rsidRDefault="00000000">
            <w:r>
              <w:t>São Paulo</w:t>
            </w:r>
          </w:p>
        </w:tc>
        <w:tc>
          <w:tcPr>
            <w:tcW w:w="1440" w:type="dxa"/>
          </w:tcPr>
          <w:p w14:paraId="2CABDC35" w14:textId="77777777" w:rsidR="004801D1" w:rsidRDefault="00000000">
            <w:r>
              <w:t>Tháng 8</w:t>
            </w:r>
          </w:p>
        </w:tc>
        <w:tc>
          <w:tcPr>
            <w:tcW w:w="1440" w:type="dxa"/>
          </w:tcPr>
          <w:p w14:paraId="582BBAD7" w14:textId="77777777" w:rsidR="004801D1" w:rsidRDefault="00000000">
            <w:r>
              <w:t>Informa Markets</w:t>
            </w:r>
          </w:p>
        </w:tc>
        <w:tc>
          <w:tcPr>
            <w:tcW w:w="1440" w:type="dxa"/>
          </w:tcPr>
          <w:p w14:paraId="20AB9EED" w14:textId="77777777" w:rsidR="004801D1" w:rsidRDefault="00000000">
            <w:r>
              <w:t>Bê tông</w:t>
            </w:r>
          </w:p>
        </w:tc>
      </w:tr>
      <w:tr w:rsidR="004801D1" w14:paraId="49EF70FA" w14:textId="77777777">
        <w:tc>
          <w:tcPr>
            <w:tcW w:w="1440" w:type="dxa"/>
          </w:tcPr>
          <w:p w14:paraId="63C23935" w14:textId="77777777" w:rsidR="004801D1" w:rsidRDefault="00000000">
            <w:r>
              <w:t>FIEE</w:t>
            </w:r>
          </w:p>
        </w:tc>
        <w:tc>
          <w:tcPr>
            <w:tcW w:w="1440" w:type="dxa"/>
          </w:tcPr>
          <w:p w14:paraId="2D1981E5" w14:textId="77777777" w:rsidR="004801D1" w:rsidRDefault="00000000">
            <w:r>
              <w:t>Triển lãm Công nghiệp Điện</w:t>
            </w:r>
          </w:p>
        </w:tc>
        <w:tc>
          <w:tcPr>
            <w:tcW w:w="1440" w:type="dxa"/>
          </w:tcPr>
          <w:p w14:paraId="4698E749" w14:textId="77777777" w:rsidR="004801D1" w:rsidRDefault="00000000">
            <w:r>
              <w:t>São Paulo</w:t>
            </w:r>
          </w:p>
        </w:tc>
        <w:tc>
          <w:tcPr>
            <w:tcW w:w="1440" w:type="dxa"/>
          </w:tcPr>
          <w:p w14:paraId="72EDC517" w14:textId="77777777" w:rsidR="004801D1" w:rsidRDefault="00000000">
            <w:r>
              <w:t>Tháng 9</w:t>
            </w:r>
          </w:p>
        </w:tc>
        <w:tc>
          <w:tcPr>
            <w:tcW w:w="1440" w:type="dxa"/>
          </w:tcPr>
          <w:p w14:paraId="26AF00F0" w14:textId="77777777" w:rsidR="004801D1" w:rsidRDefault="00000000">
            <w:r>
              <w:t>RX Global</w:t>
            </w:r>
          </w:p>
        </w:tc>
        <w:tc>
          <w:tcPr>
            <w:tcW w:w="1440" w:type="dxa"/>
          </w:tcPr>
          <w:p w14:paraId="22C3BB26" w14:textId="77777777" w:rsidR="004801D1" w:rsidRDefault="00000000">
            <w:r>
              <w:t>Điện</w:t>
            </w:r>
          </w:p>
        </w:tc>
      </w:tr>
      <w:tr w:rsidR="004801D1" w14:paraId="328C3330" w14:textId="77777777">
        <w:tc>
          <w:tcPr>
            <w:tcW w:w="1440" w:type="dxa"/>
          </w:tcPr>
          <w:p w14:paraId="01CE0E4D" w14:textId="77777777" w:rsidR="004801D1" w:rsidRDefault="00000000">
            <w:r>
              <w:t>Intersolar South America</w:t>
            </w:r>
          </w:p>
        </w:tc>
        <w:tc>
          <w:tcPr>
            <w:tcW w:w="1440" w:type="dxa"/>
          </w:tcPr>
          <w:p w14:paraId="59074D87" w14:textId="77777777" w:rsidR="004801D1" w:rsidRDefault="00000000">
            <w:r>
              <w:t>Triển lãm Năng lượng Mặt trời</w:t>
            </w:r>
          </w:p>
        </w:tc>
        <w:tc>
          <w:tcPr>
            <w:tcW w:w="1440" w:type="dxa"/>
          </w:tcPr>
          <w:p w14:paraId="08361EAC" w14:textId="77777777" w:rsidR="004801D1" w:rsidRDefault="00000000">
            <w:r>
              <w:t>São Paulo</w:t>
            </w:r>
          </w:p>
        </w:tc>
        <w:tc>
          <w:tcPr>
            <w:tcW w:w="1440" w:type="dxa"/>
          </w:tcPr>
          <w:p w14:paraId="1F4362CF" w14:textId="77777777" w:rsidR="004801D1" w:rsidRDefault="00000000">
            <w:r>
              <w:t>Tháng 8</w:t>
            </w:r>
          </w:p>
        </w:tc>
        <w:tc>
          <w:tcPr>
            <w:tcW w:w="1440" w:type="dxa"/>
          </w:tcPr>
          <w:p w14:paraId="77326D1F" w14:textId="77777777" w:rsidR="004801D1" w:rsidRDefault="00000000">
            <w:r>
              <w:t>Solar Promotion</w:t>
            </w:r>
          </w:p>
        </w:tc>
        <w:tc>
          <w:tcPr>
            <w:tcW w:w="1440" w:type="dxa"/>
          </w:tcPr>
          <w:p w14:paraId="64913ADE" w14:textId="77777777" w:rsidR="004801D1" w:rsidRDefault="00000000">
            <w:r>
              <w:t>Năng lượng tái tạo</w:t>
            </w:r>
          </w:p>
        </w:tc>
      </w:tr>
      <w:tr w:rsidR="004801D1" w14:paraId="141B0BF8" w14:textId="77777777">
        <w:tc>
          <w:tcPr>
            <w:tcW w:w="1440" w:type="dxa"/>
          </w:tcPr>
          <w:p w14:paraId="4794786D" w14:textId="77777777" w:rsidR="004801D1" w:rsidRDefault="00000000">
            <w:r>
              <w:t>Brasil Windpower</w:t>
            </w:r>
          </w:p>
        </w:tc>
        <w:tc>
          <w:tcPr>
            <w:tcW w:w="1440" w:type="dxa"/>
          </w:tcPr>
          <w:p w14:paraId="25DCCC16" w14:textId="77777777" w:rsidR="004801D1" w:rsidRDefault="00000000">
            <w:r>
              <w:t>Hội nghị Điện gió Brazil</w:t>
            </w:r>
          </w:p>
        </w:tc>
        <w:tc>
          <w:tcPr>
            <w:tcW w:w="1440" w:type="dxa"/>
          </w:tcPr>
          <w:p w14:paraId="228E1D58" w14:textId="77777777" w:rsidR="004801D1" w:rsidRDefault="00000000">
            <w:r>
              <w:t>Rio de Janeiro</w:t>
            </w:r>
          </w:p>
        </w:tc>
        <w:tc>
          <w:tcPr>
            <w:tcW w:w="1440" w:type="dxa"/>
          </w:tcPr>
          <w:p w14:paraId="41087908" w14:textId="77777777" w:rsidR="004801D1" w:rsidRDefault="00000000">
            <w:r>
              <w:t>Tháng 9</w:t>
            </w:r>
          </w:p>
        </w:tc>
        <w:tc>
          <w:tcPr>
            <w:tcW w:w="1440" w:type="dxa"/>
          </w:tcPr>
          <w:p w14:paraId="7D180D5B" w14:textId="77777777" w:rsidR="004801D1" w:rsidRDefault="00000000">
            <w:r>
              <w:t>ABEEólica</w:t>
            </w:r>
          </w:p>
        </w:tc>
        <w:tc>
          <w:tcPr>
            <w:tcW w:w="1440" w:type="dxa"/>
          </w:tcPr>
          <w:p w14:paraId="1EC55A04" w14:textId="77777777" w:rsidR="004801D1" w:rsidRDefault="00000000">
            <w:r>
              <w:t>Điện gió</w:t>
            </w:r>
          </w:p>
        </w:tc>
      </w:tr>
      <w:tr w:rsidR="004801D1" w14:paraId="751AE8EA" w14:textId="77777777">
        <w:tc>
          <w:tcPr>
            <w:tcW w:w="1440" w:type="dxa"/>
          </w:tcPr>
          <w:p w14:paraId="6CA6EBA1" w14:textId="77777777" w:rsidR="004801D1" w:rsidRDefault="00000000">
            <w:r>
              <w:t>Fenatran</w:t>
            </w:r>
          </w:p>
        </w:tc>
        <w:tc>
          <w:tcPr>
            <w:tcW w:w="1440" w:type="dxa"/>
          </w:tcPr>
          <w:p w14:paraId="5AAA64B7" w14:textId="77777777" w:rsidR="004801D1" w:rsidRDefault="00000000">
            <w:r>
              <w:t>Triển lãm vận tải hàng hóa</w:t>
            </w:r>
          </w:p>
        </w:tc>
        <w:tc>
          <w:tcPr>
            <w:tcW w:w="1440" w:type="dxa"/>
          </w:tcPr>
          <w:p w14:paraId="55E6A99B" w14:textId="77777777" w:rsidR="004801D1" w:rsidRDefault="00000000">
            <w:r>
              <w:t>São Paulo</w:t>
            </w:r>
          </w:p>
        </w:tc>
        <w:tc>
          <w:tcPr>
            <w:tcW w:w="1440" w:type="dxa"/>
          </w:tcPr>
          <w:p w14:paraId="0D057315" w14:textId="77777777" w:rsidR="004801D1" w:rsidRDefault="00000000">
            <w:r>
              <w:t>Tháng 10</w:t>
            </w:r>
          </w:p>
        </w:tc>
        <w:tc>
          <w:tcPr>
            <w:tcW w:w="1440" w:type="dxa"/>
          </w:tcPr>
          <w:p w14:paraId="251CA2F4" w14:textId="77777777" w:rsidR="004801D1" w:rsidRDefault="00000000">
            <w:r>
              <w:t>ANFAVEA</w:t>
            </w:r>
          </w:p>
        </w:tc>
        <w:tc>
          <w:tcPr>
            <w:tcW w:w="1440" w:type="dxa"/>
          </w:tcPr>
          <w:p w14:paraId="56A43891" w14:textId="77777777" w:rsidR="004801D1" w:rsidRDefault="00000000">
            <w:r>
              <w:t>Xe tải</w:t>
            </w:r>
          </w:p>
        </w:tc>
      </w:tr>
      <w:tr w:rsidR="004801D1" w14:paraId="27FE69BD" w14:textId="77777777">
        <w:tc>
          <w:tcPr>
            <w:tcW w:w="1440" w:type="dxa"/>
          </w:tcPr>
          <w:p w14:paraId="24665BD6" w14:textId="77777777" w:rsidR="004801D1" w:rsidRDefault="00000000">
            <w:r>
              <w:t>Intermodal South America</w:t>
            </w:r>
          </w:p>
        </w:tc>
        <w:tc>
          <w:tcPr>
            <w:tcW w:w="1440" w:type="dxa"/>
          </w:tcPr>
          <w:p w14:paraId="05DDD9EB" w14:textId="77777777" w:rsidR="004801D1" w:rsidRDefault="00000000">
            <w:r>
              <w:t>Triển lãm logistics</w:t>
            </w:r>
          </w:p>
        </w:tc>
        <w:tc>
          <w:tcPr>
            <w:tcW w:w="1440" w:type="dxa"/>
          </w:tcPr>
          <w:p w14:paraId="2AFDB030" w14:textId="77777777" w:rsidR="004801D1" w:rsidRDefault="00000000">
            <w:r>
              <w:t>São Paulo</w:t>
            </w:r>
          </w:p>
        </w:tc>
        <w:tc>
          <w:tcPr>
            <w:tcW w:w="1440" w:type="dxa"/>
          </w:tcPr>
          <w:p w14:paraId="615CF488" w14:textId="77777777" w:rsidR="004801D1" w:rsidRDefault="00000000">
            <w:r>
              <w:t>Tháng 3</w:t>
            </w:r>
          </w:p>
        </w:tc>
        <w:tc>
          <w:tcPr>
            <w:tcW w:w="1440" w:type="dxa"/>
          </w:tcPr>
          <w:p w14:paraId="461DF01B" w14:textId="77777777" w:rsidR="004801D1" w:rsidRDefault="00000000">
            <w:r>
              <w:t>Informa Markets</w:t>
            </w:r>
          </w:p>
        </w:tc>
        <w:tc>
          <w:tcPr>
            <w:tcW w:w="1440" w:type="dxa"/>
          </w:tcPr>
          <w:p w14:paraId="05910877" w14:textId="77777777" w:rsidR="004801D1" w:rsidRDefault="00000000">
            <w:r>
              <w:t>Logistics</w:t>
            </w:r>
          </w:p>
        </w:tc>
      </w:tr>
      <w:tr w:rsidR="004801D1" w14:paraId="39657568" w14:textId="77777777">
        <w:tc>
          <w:tcPr>
            <w:tcW w:w="1440" w:type="dxa"/>
          </w:tcPr>
          <w:p w14:paraId="662B4D73" w14:textId="77777777" w:rsidR="004801D1" w:rsidRDefault="00000000">
            <w:r>
              <w:t>Automec</w:t>
            </w:r>
          </w:p>
        </w:tc>
        <w:tc>
          <w:tcPr>
            <w:tcW w:w="1440" w:type="dxa"/>
          </w:tcPr>
          <w:p w14:paraId="26473428" w14:textId="77777777" w:rsidR="004801D1" w:rsidRDefault="00000000">
            <w:r>
              <w:t>Triển lãm phụ tùng ô tô</w:t>
            </w:r>
          </w:p>
        </w:tc>
        <w:tc>
          <w:tcPr>
            <w:tcW w:w="1440" w:type="dxa"/>
          </w:tcPr>
          <w:p w14:paraId="14A8B448" w14:textId="77777777" w:rsidR="004801D1" w:rsidRDefault="00000000">
            <w:r>
              <w:t>São Paulo</w:t>
            </w:r>
          </w:p>
        </w:tc>
        <w:tc>
          <w:tcPr>
            <w:tcW w:w="1440" w:type="dxa"/>
          </w:tcPr>
          <w:p w14:paraId="2718E827" w14:textId="77777777" w:rsidR="004801D1" w:rsidRDefault="00000000">
            <w:r>
              <w:t>Tháng 4</w:t>
            </w:r>
          </w:p>
        </w:tc>
        <w:tc>
          <w:tcPr>
            <w:tcW w:w="1440" w:type="dxa"/>
          </w:tcPr>
          <w:p w14:paraId="018EEA47" w14:textId="77777777" w:rsidR="004801D1" w:rsidRDefault="00000000">
            <w:r>
              <w:t>RX Global</w:t>
            </w:r>
          </w:p>
        </w:tc>
        <w:tc>
          <w:tcPr>
            <w:tcW w:w="1440" w:type="dxa"/>
          </w:tcPr>
          <w:p w14:paraId="62BE4B8E" w14:textId="77777777" w:rsidR="004801D1" w:rsidRDefault="00000000">
            <w:r>
              <w:t>Ô tô</w:t>
            </w:r>
          </w:p>
        </w:tc>
      </w:tr>
      <w:tr w:rsidR="004801D1" w14:paraId="2F5B03A7" w14:textId="77777777">
        <w:tc>
          <w:tcPr>
            <w:tcW w:w="1440" w:type="dxa"/>
          </w:tcPr>
          <w:p w14:paraId="0455EE87" w14:textId="77777777" w:rsidR="004801D1" w:rsidRDefault="00000000">
            <w:r>
              <w:t>Futurecom</w:t>
            </w:r>
          </w:p>
        </w:tc>
        <w:tc>
          <w:tcPr>
            <w:tcW w:w="1440" w:type="dxa"/>
          </w:tcPr>
          <w:p w14:paraId="6FAC590D" w14:textId="77777777" w:rsidR="004801D1" w:rsidRDefault="00000000">
            <w:r>
              <w:t>Triển lãm viễn thông</w:t>
            </w:r>
          </w:p>
        </w:tc>
        <w:tc>
          <w:tcPr>
            <w:tcW w:w="1440" w:type="dxa"/>
          </w:tcPr>
          <w:p w14:paraId="41E147C6" w14:textId="77777777" w:rsidR="004801D1" w:rsidRDefault="00000000">
            <w:r>
              <w:t>São Paulo</w:t>
            </w:r>
          </w:p>
        </w:tc>
        <w:tc>
          <w:tcPr>
            <w:tcW w:w="1440" w:type="dxa"/>
          </w:tcPr>
          <w:p w14:paraId="7A8B611A" w14:textId="77777777" w:rsidR="004801D1" w:rsidRDefault="00000000">
            <w:r>
              <w:t>Tháng 10</w:t>
            </w:r>
          </w:p>
        </w:tc>
        <w:tc>
          <w:tcPr>
            <w:tcW w:w="1440" w:type="dxa"/>
          </w:tcPr>
          <w:p w14:paraId="50190B0B" w14:textId="77777777" w:rsidR="004801D1" w:rsidRDefault="00000000">
            <w:r>
              <w:t>Informa Markets</w:t>
            </w:r>
          </w:p>
        </w:tc>
        <w:tc>
          <w:tcPr>
            <w:tcW w:w="1440" w:type="dxa"/>
          </w:tcPr>
          <w:p w14:paraId="6BC994B6" w14:textId="77777777" w:rsidR="004801D1" w:rsidRDefault="00000000">
            <w:r>
              <w:t>ICT</w:t>
            </w:r>
          </w:p>
        </w:tc>
      </w:tr>
      <w:tr w:rsidR="004801D1" w14:paraId="7D4DB648" w14:textId="77777777">
        <w:tc>
          <w:tcPr>
            <w:tcW w:w="1440" w:type="dxa"/>
          </w:tcPr>
          <w:p w14:paraId="51A7E91F" w14:textId="77777777" w:rsidR="004801D1" w:rsidRDefault="00000000">
            <w:r>
              <w:t>ISC Brasil</w:t>
            </w:r>
          </w:p>
        </w:tc>
        <w:tc>
          <w:tcPr>
            <w:tcW w:w="1440" w:type="dxa"/>
          </w:tcPr>
          <w:p w14:paraId="31A720BB" w14:textId="77777777" w:rsidR="004801D1" w:rsidRDefault="00000000">
            <w:r>
              <w:t>Triển lãm an ninh</w:t>
            </w:r>
          </w:p>
        </w:tc>
        <w:tc>
          <w:tcPr>
            <w:tcW w:w="1440" w:type="dxa"/>
          </w:tcPr>
          <w:p w14:paraId="739F70EF" w14:textId="77777777" w:rsidR="004801D1" w:rsidRDefault="00000000">
            <w:r>
              <w:t>São Paulo</w:t>
            </w:r>
          </w:p>
        </w:tc>
        <w:tc>
          <w:tcPr>
            <w:tcW w:w="1440" w:type="dxa"/>
          </w:tcPr>
          <w:p w14:paraId="46BC7A35" w14:textId="77777777" w:rsidR="004801D1" w:rsidRDefault="00000000">
            <w:r>
              <w:t>Tháng 9</w:t>
            </w:r>
          </w:p>
        </w:tc>
        <w:tc>
          <w:tcPr>
            <w:tcW w:w="1440" w:type="dxa"/>
          </w:tcPr>
          <w:p w14:paraId="47A926FC" w14:textId="77777777" w:rsidR="004801D1" w:rsidRDefault="00000000">
            <w:r>
              <w:t>RX Global</w:t>
            </w:r>
          </w:p>
        </w:tc>
        <w:tc>
          <w:tcPr>
            <w:tcW w:w="1440" w:type="dxa"/>
          </w:tcPr>
          <w:p w14:paraId="3F496252" w14:textId="77777777" w:rsidR="004801D1" w:rsidRDefault="00000000">
            <w:r>
              <w:t>An ninh</w:t>
            </w:r>
          </w:p>
        </w:tc>
      </w:tr>
      <w:tr w:rsidR="004801D1" w14:paraId="7C553826" w14:textId="77777777">
        <w:tc>
          <w:tcPr>
            <w:tcW w:w="1440" w:type="dxa"/>
          </w:tcPr>
          <w:p w14:paraId="2956E7D6" w14:textId="77777777" w:rsidR="004801D1" w:rsidRDefault="00000000">
            <w:r>
              <w:t>FEBRAVA</w:t>
            </w:r>
          </w:p>
        </w:tc>
        <w:tc>
          <w:tcPr>
            <w:tcW w:w="1440" w:type="dxa"/>
          </w:tcPr>
          <w:p w14:paraId="0608C401" w14:textId="77777777" w:rsidR="004801D1" w:rsidRDefault="00000000">
            <w:r>
              <w:t>Triển lãm HVAC</w:t>
            </w:r>
          </w:p>
        </w:tc>
        <w:tc>
          <w:tcPr>
            <w:tcW w:w="1440" w:type="dxa"/>
          </w:tcPr>
          <w:p w14:paraId="195403E0" w14:textId="77777777" w:rsidR="004801D1" w:rsidRDefault="00000000">
            <w:r>
              <w:t>São Paulo</w:t>
            </w:r>
          </w:p>
        </w:tc>
        <w:tc>
          <w:tcPr>
            <w:tcW w:w="1440" w:type="dxa"/>
          </w:tcPr>
          <w:p w14:paraId="472573FA" w14:textId="77777777" w:rsidR="004801D1" w:rsidRDefault="00000000">
            <w:r>
              <w:t>Tháng 9</w:t>
            </w:r>
          </w:p>
        </w:tc>
        <w:tc>
          <w:tcPr>
            <w:tcW w:w="1440" w:type="dxa"/>
          </w:tcPr>
          <w:p w14:paraId="02DF223A" w14:textId="77777777" w:rsidR="004801D1" w:rsidRDefault="00000000">
            <w:r>
              <w:t>ABRAVA</w:t>
            </w:r>
          </w:p>
        </w:tc>
        <w:tc>
          <w:tcPr>
            <w:tcW w:w="1440" w:type="dxa"/>
          </w:tcPr>
          <w:p w14:paraId="4530CDD5" w14:textId="77777777" w:rsidR="004801D1" w:rsidRDefault="00000000">
            <w:r>
              <w:t>Điều hòa</w:t>
            </w:r>
          </w:p>
        </w:tc>
      </w:tr>
      <w:tr w:rsidR="004801D1" w14:paraId="2C3ED3AB" w14:textId="77777777">
        <w:tc>
          <w:tcPr>
            <w:tcW w:w="1440" w:type="dxa"/>
          </w:tcPr>
          <w:p w14:paraId="6C57FD7E" w14:textId="77777777" w:rsidR="004801D1" w:rsidRDefault="00000000">
            <w:r>
              <w:t>São Paulo Fashion Week</w:t>
            </w:r>
          </w:p>
        </w:tc>
        <w:tc>
          <w:tcPr>
            <w:tcW w:w="1440" w:type="dxa"/>
          </w:tcPr>
          <w:p w14:paraId="06A4B600" w14:textId="77777777" w:rsidR="004801D1" w:rsidRDefault="00000000">
            <w:r>
              <w:t>Tuần lễ thời trang São Paulo</w:t>
            </w:r>
          </w:p>
        </w:tc>
        <w:tc>
          <w:tcPr>
            <w:tcW w:w="1440" w:type="dxa"/>
          </w:tcPr>
          <w:p w14:paraId="77E6CEC6" w14:textId="77777777" w:rsidR="004801D1" w:rsidRDefault="00000000">
            <w:r>
              <w:t>São Paulo</w:t>
            </w:r>
          </w:p>
        </w:tc>
        <w:tc>
          <w:tcPr>
            <w:tcW w:w="1440" w:type="dxa"/>
          </w:tcPr>
          <w:p w14:paraId="6C978BA5" w14:textId="77777777" w:rsidR="004801D1" w:rsidRDefault="00000000">
            <w:r>
              <w:t>2 lần/năm</w:t>
            </w:r>
          </w:p>
        </w:tc>
        <w:tc>
          <w:tcPr>
            <w:tcW w:w="1440" w:type="dxa"/>
          </w:tcPr>
          <w:p w14:paraId="0CD533C1" w14:textId="77777777" w:rsidR="004801D1" w:rsidRDefault="00000000">
            <w:r>
              <w:t>SPFW</w:t>
            </w:r>
          </w:p>
        </w:tc>
        <w:tc>
          <w:tcPr>
            <w:tcW w:w="1440" w:type="dxa"/>
          </w:tcPr>
          <w:p w14:paraId="6A2F1B7F" w14:textId="77777777" w:rsidR="004801D1" w:rsidRDefault="00000000">
            <w:r>
              <w:t>Thời trang</w:t>
            </w:r>
          </w:p>
        </w:tc>
      </w:tr>
      <w:tr w:rsidR="004801D1" w14:paraId="14A79D57" w14:textId="77777777">
        <w:tc>
          <w:tcPr>
            <w:tcW w:w="1440" w:type="dxa"/>
          </w:tcPr>
          <w:p w14:paraId="014B1C9E" w14:textId="77777777" w:rsidR="004801D1" w:rsidRDefault="00000000">
            <w:r>
              <w:t>Couromoda</w:t>
            </w:r>
          </w:p>
        </w:tc>
        <w:tc>
          <w:tcPr>
            <w:tcW w:w="1440" w:type="dxa"/>
          </w:tcPr>
          <w:p w14:paraId="3995968A" w14:textId="77777777" w:rsidR="004801D1" w:rsidRDefault="00000000">
            <w:r>
              <w:t>Hội chợ giày dép</w:t>
            </w:r>
          </w:p>
        </w:tc>
        <w:tc>
          <w:tcPr>
            <w:tcW w:w="1440" w:type="dxa"/>
          </w:tcPr>
          <w:p w14:paraId="3ABD0E5E" w14:textId="77777777" w:rsidR="004801D1" w:rsidRDefault="00000000">
            <w:r>
              <w:t>São Paulo</w:t>
            </w:r>
          </w:p>
        </w:tc>
        <w:tc>
          <w:tcPr>
            <w:tcW w:w="1440" w:type="dxa"/>
          </w:tcPr>
          <w:p w14:paraId="01DCF01D" w14:textId="77777777" w:rsidR="004801D1" w:rsidRDefault="00000000">
            <w:r>
              <w:t>Tháng 1</w:t>
            </w:r>
          </w:p>
        </w:tc>
        <w:tc>
          <w:tcPr>
            <w:tcW w:w="1440" w:type="dxa"/>
          </w:tcPr>
          <w:p w14:paraId="13F43259" w14:textId="77777777" w:rsidR="004801D1" w:rsidRDefault="00000000">
            <w:r>
              <w:t>Couromoda</w:t>
            </w:r>
          </w:p>
        </w:tc>
        <w:tc>
          <w:tcPr>
            <w:tcW w:w="1440" w:type="dxa"/>
          </w:tcPr>
          <w:p w14:paraId="1A3C4173" w14:textId="77777777" w:rsidR="004801D1" w:rsidRDefault="00000000">
            <w:r>
              <w:t>Giày dép</w:t>
            </w:r>
          </w:p>
        </w:tc>
      </w:tr>
      <w:tr w:rsidR="004801D1" w14:paraId="2A0D9793" w14:textId="77777777">
        <w:tc>
          <w:tcPr>
            <w:tcW w:w="1440" w:type="dxa"/>
          </w:tcPr>
          <w:p w14:paraId="7D4BCDCC" w14:textId="77777777" w:rsidR="004801D1" w:rsidRDefault="00000000">
            <w:r>
              <w:t>ABRIN</w:t>
            </w:r>
          </w:p>
        </w:tc>
        <w:tc>
          <w:tcPr>
            <w:tcW w:w="1440" w:type="dxa"/>
          </w:tcPr>
          <w:p w14:paraId="6022F7FB" w14:textId="77777777" w:rsidR="004801D1" w:rsidRDefault="00000000">
            <w:r>
              <w:t>Hội chợ đồ chơi</w:t>
            </w:r>
          </w:p>
        </w:tc>
        <w:tc>
          <w:tcPr>
            <w:tcW w:w="1440" w:type="dxa"/>
          </w:tcPr>
          <w:p w14:paraId="38902F2D" w14:textId="77777777" w:rsidR="004801D1" w:rsidRDefault="00000000">
            <w:r>
              <w:t>São Paulo</w:t>
            </w:r>
          </w:p>
        </w:tc>
        <w:tc>
          <w:tcPr>
            <w:tcW w:w="1440" w:type="dxa"/>
          </w:tcPr>
          <w:p w14:paraId="0E6EA6C5" w14:textId="77777777" w:rsidR="004801D1" w:rsidRDefault="00000000">
            <w:r>
              <w:t>Tháng 3</w:t>
            </w:r>
          </w:p>
        </w:tc>
        <w:tc>
          <w:tcPr>
            <w:tcW w:w="1440" w:type="dxa"/>
          </w:tcPr>
          <w:p w14:paraId="460089BD" w14:textId="77777777" w:rsidR="004801D1" w:rsidRDefault="00000000">
            <w:r>
              <w:t>ABRINQ</w:t>
            </w:r>
          </w:p>
        </w:tc>
        <w:tc>
          <w:tcPr>
            <w:tcW w:w="1440" w:type="dxa"/>
          </w:tcPr>
          <w:p w14:paraId="1DB0FE04" w14:textId="77777777" w:rsidR="004801D1" w:rsidRDefault="00000000">
            <w:r>
              <w:t>Đồ chơi</w:t>
            </w:r>
          </w:p>
        </w:tc>
      </w:tr>
      <w:tr w:rsidR="004801D1" w14:paraId="40308E29" w14:textId="77777777">
        <w:tc>
          <w:tcPr>
            <w:tcW w:w="1440" w:type="dxa"/>
          </w:tcPr>
          <w:p w14:paraId="667CBE1D" w14:textId="77777777" w:rsidR="004801D1" w:rsidRDefault="00000000">
            <w:r>
              <w:lastRenderedPageBreak/>
              <w:t>Brazil Game Show</w:t>
            </w:r>
          </w:p>
        </w:tc>
        <w:tc>
          <w:tcPr>
            <w:tcW w:w="1440" w:type="dxa"/>
          </w:tcPr>
          <w:p w14:paraId="5A9644F6" w14:textId="77777777" w:rsidR="004801D1" w:rsidRDefault="00000000">
            <w:r>
              <w:t>Triển lãm Game</w:t>
            </w:r>
          </w:p>
        </w:tc>
        <w:tc>
          <w:tcPr>
            <w:tcW w:w="1440" w:type="dxa"/>
          </w:tcPr>
          <w:p w14:paraId="51E076D2" w14:textId="77777777" w:rsidR="004801D1" w:rsidRDefault="00000000">
            <w:r>
              <w:t>São Paulo</w:t>
            </w:r>
          </w:p>
        </w:tc>
        <w:tc>
          <w:tcPr>
            <w:tcW w:w="1440" w:type="dxa"/>
          </w:tcPr>
          <w:p w14:paraId="2B3B2DE2" w14:textId="77777777" w:rsidR="004801D1" w:rsidRDefault="00000000">
            <w:r>
              <w:t>Tháng 10</w:t>
            </w:r>
          </w:p>
        </w:tc>
        <w:tc>
          <w:tcPr>
            <w:tcW w:w="1440" w:type="dxa"/>
          </w:tcPr>
          <w:p w14:paraId="185BF78B" w14:textId="77777777" w:rsidR="004801D1" w:rsidRDefault="00000000">
            <w:r>
              <w:t>BGS</w:t>
            </w:r>
          </w:p>
        </w:tc>
        <w:tc>
          <w:tcPr>
            <w:tcW w:w="1440" w:type="dxa"/>
          </w:tcPr>
          <w:p w14:paraId="1B344B11" w14:textId="77777777" w:rsidR="004801D1" w:rsidRDefault="00000000">
            <w:r>
              <w:t>Game</w:t>
            </w:r>
          </w:p>
        </w:tc>
      </w:tr>
      <w:tr w:rsidR="004801D1" w14:paraId="5C793D77" w14:textId="77777777">
        <w:tc>
          <w:tcPr>
            <w:tcW w:w="1440" w:type="dxa"/>
          </w:tcPr>
          <w:p w14:paraId="21CAA392" w14:textId="77777777" w:rsidR="004801D1" w:rsidRDefault="00000000">
            <w:r>
              <w:t>CCXP – Comic Con Experience</w:t>
            </w:r>
          </w:p>
        </w:tc>
        <w:tc>
          <w:tcPr>
            <w:tcW w:w="1440" w:type="dxa"/>
          </w:tcPr>
          <w:p w14:paraId="75F1E85C" w14:textId="77777777" w:rsidR="004801D1" w:rsidRDefault="00000000">
            <w:r>
              <w:t>Lễ hội văn hóa đại chúng</w:t>
            </w:r>
          </w:p>
        </w:tc>
        <w:tc>
          <w:tcPr>
            <w:tcW w:w="1440" w:type="dxa"/>
          </w:tcPr>
          <w:p w14:paraId="5C6C06D5" w14:textId="77777777" w:rsidR="004801D1" w:rsidRDefault="00000000">
            <w:r>
              <w:t>São Paulo</w:t>
            </w:r>
          </w:p>
        </w:tc>
        <w:tc>
          <w:tcPr>
            <w:tcW w:w="1440" w:type="dxa"/>
          </w:tcPr>
          <w:p w14:paraId="374F0B7F" w14:textId="77777777" w:rsidR="004801D1" w:rsidRDefault="00000000">
            <w:r>
              <w:t>Tháng 12</w:t>
            </w:r>
          </w:p>
        </w:tc>
        <w:tc>
          <w:tcPr>
            <w:tcW w:w="1440" w:type="dxa"/>
          </w:tcPr>
          <w:p w14:paraId="6E78D31D" w14:textId="77777777" w:rsidR="004801D1" w:rsidRDefault="00000000">
            <w:r>
              <w:t>Omelete Company</w:t>
            </w:r>
          </w:p>
        </w:tc>
        <w:tc>
          <w:tcPr>
            <w:tcW w:w="1440" w:type="dxa"/>
          </w:tcPr>
          <w:p w14:paraId="2C47E06B" w14:textId="77777777" w:rsidR="004801D1" w:rsidRDefault="00000000">
            <w:r>
              <w:t>Giải trí</w:t>
            </w:r>
          </w:p>
        </w:tc>
      </w:tr>
    </w:tbl>
    <w:p w14:paraId="3237DAD8" w14:textId="77777777" w:rsidR="004801D1" w:rsidRDefault="00000000">
      <w:pPr>
        <w:pStyle w:val="Heading1"/>
      </w:pPr>
      <w:r>
        <w:t>3. Lịch hội chợ tại Brazil theo tháng</w:t>
      </w:r>
    </w:p>
    <w:tbl>
      <w:tblPr>
        <w:tblW w:w="0" w:type="auto"/>
        <w:tblLook w:val="04A0" w:firstRow="1" w:lastRow="0" w:firstColumn="1" w:lastColumn="0" w:noHBand="0" w:noVBand="1"/>
      </w:tblPr>
      <w:tblGrid>
        <w:gridCol w:w="4320"/>
        <w:gridCol w:w="4320"/>
      </w:tblGrid>
      <w:tr w:rsidR="004801D1" w14:paraId="5AF01B74" w14:textId="77777777">
        <w:tc>
          <w:tcPr>
            <w:tcW w:w="4320" w:type="dxa"/>
          </w:tcPr>
          <w:p w14:paraId="23D3576E" w14:textId="77777777" w:rsidR="004801D1" w:rsidRDefault="00000000">
            <w:r>
              <w:t>Tháng</w:t>
            </w:r>
          </w:p>
        </w:tc>
        <w:tc>
          <w:tcPr>
            <w:tcW w:w="4320" w:type="dxa"/>
          </w:tcPr>
          <w:p w14:paraId="7DCDCAF5" w14:textId="77777777" w:rsidR="004801D1" w:rsidRDefault="00000000">
            <w:r>
              <w:t>Các hội chợ tiêu biểu</w:t>
            </w:r>
          </w:p>
        </w:tc>
      </w:tr>
      <w:tr w:rsidR="004801D1" w14:paraId="4475F19C" w14:textId="77777777">
        <w:tc>
          <w:tcPr>
            <w:tcW w:w="4320" w:type="dxa"/>
          </w:tcPr>
          <w:p w14:paraId="485A141F" w14:textId="77777777" w:rsidR="004801D1" w:rsidRDefault="00000000">
            <w:r>
              <w:t>Tháng 1</w:t>
            </w:r>
          </w:p>
        </w:tc>
        <w:tc>
          <w:tcPr>
            <w:tcW w:w="4320" w:type="dxa"/>
          </w:tcPr>
          <w:p w14:paraId="42C2C114" w14:textId="77777777" w:rsidR="004801D1" w:rsidRDefault="00000000">
            <w:r>
              <w:t>Couromoda</w:t>
            </w:r>
          </w:p>
        </w:tc>
      </w:tr>
      <w:tr w:rsidR="004801D1" w14:paraId="2B1E560A" w14:textId="77777777">
        <w:tc>
          <w:tcPr>
            <w:tcW w:w="4320" w:type="dxa"/>
          </w:tcPr>
          <w:p w14:paraId="7BC2C33D" w14:textId="77777777" w:rsidR="004801D1" w:rsidRDefault="00000000">
            <w:r>
              <w:t>Tháng 2</w:t>
            </w:r>
          </w:p>
        </w:tc>
        <w:tc>
          <w:tcPr>
            <w:tcW w:w="4320" w:type="dxa"/>
          </w:tcPr>
          <w:p w14:paraId="79C8E5A1" w14:textId="77777777" w:rsidR="004801D1" w:rsidRDefault="00000000">
            <w:r>
              <w:t>Show Rural Coopavel</w:t>
            </w:r>
          </w:p>
        </w:tc>
      </w:tr>
      <w:tr w:rsidR="004801D1" w14:paraId="2C0AB1B6" w14:textId="77777777">
        <w:tc>
          <w:tcPr>
            <w:tcW w:w="4320" w:type="dxa"/>
          </w:tcPr>
          <w:p w14:paraId="45D77D8C" w14:textId="77777777" w:rsidR="004801D1" w:rsidRDefault="00000000">
            <w:r>
              <w:t>Tháng 3</w:t>
            </w:r>
          </w:p>
        </w:tc>
        <w:tc>
          <w:tcPr>
            <w:tcW w:w="4320" w:type="dxa"/>
          </w:tcPr>
          <w:p w14:paraId="76F83B5F" w14:textId="77777777" w:rsidR="004801D1" w:rsidRDefault="00000000">
            <w:r>
              <w:t>Expo Revestir, Intermodal South America, ABRIN</w:t>
            </w:r>
          </w:p>
        </w:tc>
      </w:tr>
      <w:tr w:rsidR="004801D1" w14:paraId="1A7E084A" w14:textId="77777777">
        <w:tc>
          <w:tcPr>
            <w:tcW w:w="4320" w:type="dxa"/>
          </w:tcPr>
          <w:p w14:paraId="315052E2" w14:textId="77777777" w:rsidR="004801D1" w:rsidRDefault="00000000">
            <w:r>
              <w:t>Tháng 4</w:t>
            </w:r>
          </w:p>
        </w:tc>
        <w:tc>
          <w:tcPr>
            <w:tcW w:w="4320" w:type="dxa"/>
          </w:tcPr>
          <w:p w14:paraId="718871AE" w14:textId="77777777" w:rsidR="004801D1" w:rsidRDefault="00000000">
            <w:r>
              <w:t>FEICON, Anuga Select Brazil, Automec</w:t>
            </w:r>
          </w:p>
        </w:tc>
      </w:tr>
      <w:tr w:rsidR="004801D1" w14:paraId="5B9E3645" w14:textId="77777777">
        <w:tc>
          <w:tcPr>
            <w:tcW w:w="4320" w:type="dxa"/>
          </w:tcPr>
          <w:p w14:paraId="7010BDE5" w14:textId="77777777" w:rsidR="004801D1" w:rsidRDefault="00000000">
            <w:r>
              <w:t>Tháng 5</w:t>
            </w:r>
          </w:p>
        </w:tc>
        <w:tc>
          <w:tcPr>
            <w:tcW w:w="4320" w:type="dxa"/>
          </w:tcPr>
          <w:p w14:paraId="4D51F12D" w14:textId="77777777" w:rsidR="004801D1" w:rsidRDefault="00000000">
            <w:r>
              <w:t>Agrishow, APAS Show, FEIMEC, EXPOMAFE</w:t>
            </w:r>
          </w:p>
        </w:tc>
      </w:tr>
      <w:tr w:rsidR="004801D1" w14:paraId="03D8E3C6" w14:textId="77777777">
        <w:tc>
          <w:tcPr>
            <w:tcW w:w="4320" w:type="dxa"/>
          </w:tcPr>
          <w:p w14:paraId="5F94D69F" w14:textId="77777777" w:rsidR="004801D1" w:rsidRDefault="00000000">
            <w:r>
              <w:t>Tháng 6</w:t>
            </w:r>
          </w:p>
        </w:tc>
        <w:tc>
          <w:tcPr>
            <w:tcW w:w="4320" w:type="dxa"/>
          </w:tcPr>
          <w:p w14:paraId="6BFA7EA1" w14:textId="77777777" w:rsidR="004801D1" w:rsidRDefault="00000000">
            <w:r>
              <w:t>Bahia Farm Show, Hortitec, FISPAL Tecnologia, Naturaltech</w:t>
            </w:r>
          </w:p>
        </w:tc>
      </w:tr>
      <w:tr w:rsidR="004801D1" w14:paraId="4CE6CD26" w14:textId="77777777">
        <w:tc>
          <w:tcPr>
            <w:tcW w:w="4320" w:type="dxa"/>
          </w:tcPr>
          <w:p w14:paraId="32A6CB04" w14:textId="77777777" w:rsidR="004801D1" w:rsidRDefault="00000000">
            <w:r>
              <w:t>Tháng 7</w:t>
            </w:r>
          </w:p>
        </w:tc>
        <w:tc>
          <w:tcPr>
            <w:tcW w:w="4320" w:type="dxa"/>
          </w:tcPr>
          <w:p w14:paraId="43C7391C" w14:textId="77777777" w:rsidR="004801D1" w:rsidRDefault="00000000">
            <w:r>
              <w:t>Intermach</w:t>
            </w:r>
          </w:p>
        </w:tc>
      </w:tr>
      <w:tr w:rsidR="004801D1" w14:paraId="6D3D1981" w14:textId="77777777">
        <w:tc>
          <w:tcPr>
            <w:tcW w:w="4320" w:type="dxa"/>
          </w:tcPr>
          <w:p w14:paraId="4D590CCF" w14:textId="77777777" w:rsidR="004801D1" w:rsidRDefault="00000000">
            <w:r>
              <w:t>Tháng 8</w:t>
            </w:r>
          </w:p>
        </w:tc>
        <w:tc>
          <w:tcPr>
            <w:tcW w:w="4320" w:type="dxa"/>
          </w:tcPr>
          <w:p w14:paraId="6C4D5184" w14:textId="77777777" w:rsidR="004801D1" w:rsidRDefault="00000000">
            <w:r>
              <w:t>Expointer, Concrete Show, Intersolar South America</w:t>
            </w:r>
          </w:p>
        </w:tc>
      </w:tr>
      <w:tr w:rsidR="004801D1" w14:paraId="156E9E37" w14:textId="77777777">
        <w:tc>
          <w:tcPr>
            <w:tcW w:w="4320" w:type="dxa"/>
          </w:tcPr>
          <w:p w14:paraId="5C086113" w14:textId="77777777" w:rsidR="004801D1" w:rsidRDefault="00000000">
            <w:r>
              <w:t>Tháng 9</w:t>
            </w:r>
          </w:p>
        </w:tc>
        <w:tc>
          <w:tcPr>
            <w:tcW w:w="4320" w:type="dxa"/>
          </w:tcPr>
          <w:p w14:paraId="4880EF71" w14:textId="77777777" w:rsidR="004801D1" w:rsidRDefault="00000000">
            <w:r>
              <w:t>FIEE, ISC Brasil, FEBRAVA, Brasil Windpower</w:t>
            </w:r>
          </w:p>
        </w:tc>
      </w:tr>
      <w:tr w:rsidR="004801D1" w14:paraId="3E4A1D57" w14:textId="77777777">
        <w:tc>
          <w:tcPr>
            <w:tcW w:w="4320" w:type="dxa"/>
          </w:tcPr>
          <w:p w14:paraId="4FB8677D" w14:textId="77777777" w:rsidR="004801D1" w:rsidRDefault="00000000">
            <w:r>
              <w:t>Tháng 10</w:t>
            </w:r>
          </w:p>
        </w:tc>
        <w:tc>
          <w:tcPr>
            <w:tcW w:w="4320" w:type="dxa"/>
          </w:tcPr>
          <w:p w14:paraId="7067197F" w14:textId="77777777" w:rsidR="004801D1" w:rsidRDefault="00000000">
            <w:r>
              <w:t>Fenatran, Futurecom, Brazil Game Show, Seafood Show</w:t>
            </w:r>
          </w:p>
        </w:tc>
      </w:tr>
      <w:tr w:rsidR="004801D1" w14:paraId="25873031" w14:textId="77777777">
        <w:tc>
          <w:tcPr>
            <w:tcW w:w="4320" w:type="dxa"/>
          </w:tcPr>
          <w:p w14:paraId="3C54645A" w14:textId="77777777" w:rsidR="004801D1" w:rsidRDefault="00000000">
            <w:r>
              <w:t>Tháng 11</w:t>
            </w:r>
          </w:p>
        </w:tc>
        <w:tc>
          <w:tcPr>
            <w:tcW w:w="4320" w:type="dxa"/>
          </w:tcPr>
          <w:p w14:paraId="0C9AB10E" w14:textId="77777777" w:rsidR="004801D1" w:rsidRDefault="00000000">
            <w:r>
              <w:t>(Một số hội chợ logistics và công nghiệp nhỏ)</w:t>
            </w:r>
          </w:p>
        </w:tc>
      </w:tr>
      <w:tr w:rsidR="004801D1" w14:paraId="537FD8A6" w14:textId="77777777">
        <w:tc>
          <w:tcPr>
            <w:tcW w:w="4320" w:type="dxa"/>
          </w:tcPr>
          <w:p w14:paraId="4E5093ED" w14:textId="77777777" w:rsidR="004801D1" w:rsidRDefault="00000000">
            <w:r>
              <w:t>Tháng 12</w:t>
            </w:r>
          </w:p>
        </w:tc>
        <w:tc>
          <w:tcPr>
            <w:tcW w:w="4320" w:type="dxa"/>
          </w:tcPr>
          <w:p w14:paraId="0447D9EC" w14:textId="77777777" w:rsidR="004801D1" w:rsidRDefault="00000000">
            <w:r>
              <w:t>CCXP – Comic Con Experience</w:t>
            </w:r>
          </w:p>
        </w:tc>
      </w:tr>
    </w:tbl>
    <w:p w14:paraId="6AA72EB2" w14:textId="77777777" w:rsidR="004801D1" w:rsidRDefault="00000000">
      <w:pPr>
        <w:pStyle w:val="Heading1"/>
      </w:pPr>
      <w:r>
        <w:t>4. Khuyến nghị cho doanh nghiệp Việt Nam</w:t>
      </w:r>
    </w:p>
    <w:p w14:paraId="2AB74D10" w14:textId="77777777" w:rsidR="004801D1" w:rsidRDefault="00000000">
      <w:r>
        <w:t xml:space="preserve">Doanh nghiệp Việt Nam có thể tận dụng các hội chợ lớn tại Brazil để tìm kiếm đối tác nhập khẩu, quảng bá sản phẩm và mở rộng thị trường Nam Mỹ. Các ngành có nhiều tiềm năng </w:t>
      </w:r>
      <w:r>
        <w:lastRenderedPageBreak/>
        <w:t>gồm nông sản, thực phẩm chế biến, thủy sản, đồ gỗ, vật liệu xây dựng, máy móc nông nghiệp và sản phẩm tiêu dùng.</w:t>
      </w:r>
    </w:p>
    <w:sectPr w:rsidR="004801D1"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330449564">
    <w:abstractNumId w:val="8"/>
  </w:num>
  <w:num w:numId="2" w16cid:durableId="20475617">
    <w:abstractNumId w:val="6"/>
  </w:num>
  <w:num w:numId="3" w16cid:durableId="1523087018">
    <w:abstractNumId w:val="5"/>
  </w:num>
  <w:num w:numId="4" w16cid:durableId="1989481362">
    <w:abstractNumId w:val="4"/>
  </w:num>
  <w:num w:numId="5" w16cid:durableId="80838598">
    <w:abstractNumId w:val="7"/>
  </w:num>
  <w:num w:numId="6" w16cid:durableId="379940577">
    <w:abstractNumId w:val="3"/>
  </w:num>
  <w:num w:numId="7" w16cid:durableId="955598356">
    <w:abstractNumId w:val="2"/>
  </w:num>
  <w:num w:numId="8" w16cid:durableId="1577327018">
    <w:abstractNumId w:val="1"/>
  </w:num>
  <w:num w:numId="9" w16cid:durableId="12305786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8314D"/>
    <w:rsid w:val="0015074B"/>
    <w:rsid w:val="0029639D"/>
    <w:rsid w:val="00326F90"/>
    <w:rsid w:val="004801D1"/>
    <w:rsid w:val="007065D2"/>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ABE8790"/>
  <w14:defaultImageDpi w14:val="300"/>
  <w15:docId w15:val="{DEDA9FC8-E2BC-4813-BE43-8A4BD1CB53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648</Words>
  <Characters>3700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4340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Viet Nam Trade Office in Brazil</cp:lastModifiedBy>
  <cp:revision>2</cp:revision>
  <dcterms:created xsi:type="dcterms:W3CDTF">2026-03-08T19:34:00Z</dcterms:created>
  <dcterms:modified xsi:type="dcterms:W3CDTF">2026-03-08T19:34:00Z</dcterms:modified>
  <cp:category/>
</cp:coreProperties>
</file>